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C5986" w14:textId="77777777" w:rsidR="00D92027" w:rsidRPr="004252F8" w:rsidRDefault="004252F8">
      <w:pPr>
        <w:spacing w:after="20"/>
        <w:jc w:val="center"/>
        <w:rPr>
          <w:lang w:val="pt-BR"/>
        </w:rPr>
      </w:pPr>
      <w:r w:rsidRPr="004252F8">
        <w:rPr>
          <w:b/>
          <w:color w:val="202124"/>
          <w:sz w:val="34"/>
          <w:lang w:val="pt-BR"/>
        </w:rPr>
        <w:t>FILIPE CARNEIRO DE ALMEIDA</w:t>
      </w:r>
    </w:p>
    <w:p w14:paraId="37D334E9" w14:textId="77777777" w:rsidR="00D92027" w:rsidRPr="004252F8" w:rsidRDefault="004252F8">
      <w:pPr>
        <w:spacing w:after="40"/>
        <w:jc w:val="center"/>
        <w:rPr>
          <w:lang w:val="pt-BR"/>
        </w:rPr>
      </w:pPr>
      <w:r w:rsidRPr="004252F8">
        <w:rPr>
          <w:b/>
          <w:color w:val="174EA6"/>
          <w:sz w:val="23"/>
          <w:lang w:val="pt-BR"/>
        </w:rPr>
        <w:t>Desenvolvedor Full Stack Pleno</w:t>
      </w:r>
    </w:p>
    <w:p w14:paraId="3CA19035" w14:textId="77777777" w:rsidR="00D92027" w:rsidRPr="004252F8" w:rsidRDefault="004252F8">
      <w:pPr>
        <w:spacing w:after="100"/>
        <w:jc w:val="center"/>
        <w:rPr>
          <w:lang w:val="pt-BR"/>
        </w:rPr>
      </w:pPr>
      <w:r w:rsidRPr="004252F8">
        <w:rPr>
          <w:color w:val="5F6368"/>
          <w:sz w:val="16"/>
          <w:lang w:val="pt-BR"/>
        </w:rPr>
        <w:t>São Luís, MA | Remoto | (98) 98256-6148 | filipecalm@gmail.com | linkedin.com/in/filipecalm | almeidatech.online</w:t>
      </w:r>
    </w:p>
    <w:p w14:paraId="1D26189F" w14:textId="77777777" w:rsidR="00D92027" w:rsidRPr="004252F8" w:rsidRDefault="004252F8">
      <w:pPr>
        <w:keepNext/>
        <w:spacing w:before="140"/>
        <w:rPr>
          <w:lang w:val="pt-BR"/>
        </w:rPr>
      </w:pPr>
      <w:r w:rsidRPr="004252F8">
        <w:rPr>
          <w:b/>
          <w:color w:val="174EA6"/>
          <w:sz w:val="21"/>
          <w:lang w:val="pt-BR"/>
        </w:rPr>
        <w:t>RESUMO PROFISSIONAL</w:t>
      </w:r>
    </w:p>
    <w:p w14:paraId="598B5DA8" w14:textId="0C103FA0" w:rsidR="00D92027" w:rsidRPr="004252F8" w:rsidRDefault="004252F8">
      <w:pPr>
        <w:spacing w:after="80"/>
        <w:rPr>
          <w:lang w:val="pt-BR"/>
        </w:rPr>
      </w:pPr>
      <w:r w:rsidRPr="004252F8">
        <w:rPr>
          <w:color w:val="202124"/>
          <w:sz w:val="18"/>
          <w:lang w:val="pt-BR"/>
        </w:rPr>
        <w:t xml:space="preserve">Desenvolvedor Full Stack com experiência em produtos web e </w:t>
      </w:r>
      <w:r w:rsidRPr="004252F8">
        <w:rPr>
          <w:color w:val="202124"/>
          <w:sz w:val="18"/>
          <w:lang w:val="pt-BR"/>
        </w:rPr>
        <w:t>mobile em produção</w:t>
      </w:r>
      <w:r w:rsidRPr="004252F8">
        <w:rPr>
          <w:color w:val="202124"/>
          <w:sz w:val="18"/>
          <w:lang w:val="pt-BR"/>
        </w:rPr>
        <w:t>, atuando com React, React Native, Vue.js, Node.js, Firebase, APIs REST e bancos SQL/NoSQL. Entregou aplicações em produção no setor de saúde, produto reconhecido pelo programa Centelha/MCTI e aplicativos próprios public</w:t>
      </w:r>
      <w:r w:rsidRPr="004252F8">
        <w:rPr>
          <w:color w:val="202124"/>
          <w:sz w:val="18"/>
          <w:lang w:val="pt-BR"/>
        </w:rPr>
        <w:t>ados na Google Play Store.</w:t>
      </w:r>
    </w:p>
    <w:p w14:paraId="5294E453" w14:textId="77777777" w:rsidR="00D92027" w:rsidRPr="004252F8" w:rsidRDefault="004252F8">
      <w:pPr>
        <w:keepNext/>
        <w:spacing w:before="140"/>
        <w:rPr>
          <w:lang w:val="pt-BR"/>
        </w:rPr>
      </w:pPr>
      <w:r w:rsidRPr="004252F8">
        <w:rPr>
          <w:b/>
          <w:color w:val="174EA6"/>
          <w:sz w:val="21"/>
          <w:lang w:val="pt-BR"/>
        </w:rPr>
        <w:t>COMPETÊNCIAS PRINCIPAIS</w:t>
      </w:r>
    </w:p>
    <w:p w14:paraId="35082C61" w14:textId="77777777" w:rsidR="00D92027" w:rsidRPr="004252F8" w:rsidRDefault="004252F8">
      <w:pPr>
        <w:spacing w:after="80"/>
        <w:rPr>
          <w:lang w:val="pt-BR"/>
        </w:rPr>
      </w:pPr>
      <w:r w:rsidRPr="004252F8">
        <w:rPr>
          <w:color w:val="202124"/>
          <w:sz w:val="18"/>
          <w:lang w:val="pt-BR"/>
        </w:rPr>
        <w:t>React, React Native, TypeScript, Node.js, APIs REST, Firebase, SQL, Docker, Git, CI/CD | MySQL | PostgreSQL | MongoDB | Git | Jest | Cypress</w:t>
      </w:r>
    </w:p>
    <w:p w14:paraId="159B521E" w14:textId="77777777" w:rsidR="00D92027" w:rsidRDefault="004252F8">
      <w:pPr>
        <w:keepNext/>
        <w:spacing w:before="140"/>
      </w:pPr>
      <w:r>
        <w:rPr>
          <w:b/>
          <w:color w:val="174EA6"/>
          <w:sz w:val="21"/>
        </w:rPr>
        <w:t>EXPERIÊNCIA PROFISSIONAL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8208"/>
        <w:gridCol w:w="2016"/>
      </w:tblGrid>
      <w:tr w:rsidR="00D92027" w14:paraId="376783EA" w14:textId="77777777">
        <w:tc>
          <w:tcPr>
            <w:tcW w:w="820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2AA0A51" w14:textId="677CA128" w:rsidR="00D92027" w:rsidRDefault="004252F8">
            <w:r>
              <w:rPr>
                <w:b/>
                <w:color w:val="202124"/>
              </w:rPr>
              <w:t>Desenvolvedor Full Stack (React Native / VueJs / Python</w:t>
            </w:r>
            <w:r>
              <w:rPr>
                <w:b/>
                <w:color w:val="202124"/>
              </w:rPr>
              <w:t>) | São Luís Home Care / LMO Tecnologia</w:t>
            </w:r>
          </w:p>
        </w:tc>
        <w:tc>
          <w:tcPr>
            <w:tcW w:w="2016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05A687E" w14:textId="77777777" w:rsidR="00D92027" w:rsidRDefault="004252F8">
            <w:pPr>
              <w:jc w:val="right"/>
            </w:pPr>
            <w:r>
              <w:rPr>
                <w:b/>
                <w:color w:val="202124"/>
                <w:sz w:val="18"/>
              </w:rPr>
              <w:t>05/2023 – Atual</w:t>
            </w:r>
          </w:p>
        </w:tc>
      </w:tr>
    </w:tbl>
    <w:p w14:paraId="193C8632" w14:textId="77777777" w:rsidR="00D92027" w:rsidRPr="004252F8" w:rsidRDefault="004252F8">
      <w:pPr>
        <w:pStyle w:val="Commarcadores"/>
        <w:spacing w:after="50"/>
        <w:ind w:left="317" w:hanging="230"/>
        <w:rPr>
          <w:lang w:val="pt-BR"/>
        </w:rPr>
      </w:pPr>
      <w:r w:rsidRPr="004252F8">
        <w:rPr>
          <w:color w:val="202124"/>
          <w:lang w:val="pt-BR"/>
        </w:rPr>
        <w:t>Entregou e evolui aplicações web e mobile usadas em operações de saúde, integrando interfaces React Native, Vue.js e serviços corporativos por APIs REST.</w:t>
      </w:r>
    </w:p>
    <w:p w14:paraId="41F4EC01" w14:textId="77777777" w:rsidR="00D92027" w:rsidRPr="004252F8" w:rsidRDefault="004252F8">
      <w:pPr>
        <w:pStyle w:val="Commarcadores"/>
        <w:spacing w:after="50"/>
        <w:ind w:left="317" w:hanging="230"/>
        <w:rPr>
          <w:lang w:val="pt-BR"/>
        </w:rPr>
      </w:pPr>
      <w:r w:rsidRPr="004252F8">
        <w:rPr>
          <w:color w:val="202124"/>
          <w:lang w:val="pt-BR"/>
        </w:rPr>
        <w:t>Viabilizou atendimento em cenários de co</w:t>
      </w:r>
      <w:r w:rsidRPr="004252F8">
        <w:rPr>
          <w:color w:val="202124"/>
          <w:lang w:val="pt-BR"/>
        </w:rPr>
        <w:t>nectividade instável com persistência local, sincronização e fluxos offline, reduzindo dependência de conexão contínua.</w:t>
      </w:r>
    </w:p>
    <w:p w14:paraId="6C0EB2E9" w14:textId="77777777" w:rsidR="00D92027" w:rsidRPr="004252F8" w:rsidRDefault="004252F8">
      <w:pPr>
        <w:pStyle w:val="Commarcadores"/>
        <w:spacing w:after="50"/>
        <w:ind w:left="317" w:hanging="230"/>
        <w:rPr>
          <w:lang w:val="pt-BR"/>
        </w:rPr>
      </w:pPr>
      <w:r w:rsidRPr="004252F8">
        <w:rPr>
          <w:color w:val="202124"/>
          <w:lang w:val="pt-BR"/>
        </w:rPr>
        <w:t>Estruturou fluxos mobile com TypeScript, navegação e gerenciamento de estado, separando UI, store e services para facilitar evolução e m</w:t>
      </w:r>
      <w:r w:rsidRPr="004252F8">
        <w:rPr>
          <w:color w:val="202124"/>
          <w:lang w:val="pt-BR"/>
        </w:rPr>
        <w:t>anutenção.</w:t>
      </w:r>
    </w:p>
    <w:p w14:paraId="0AF2789A" w14:textId="77777777" w:rsidR="00D92027" w:rsidRPr="004252F8" w:rsidRDefault="004252F8">
      <w:pPr>
        <w:pStyle w:val="Commarcadores"/>
        <w:spacing w:after="50"/>
        <w:ind w:left="317" w:hanging="230"/>
        <w:rPr>
          <w:lang w:val="pt-BR"/>
        </w:rPr>
      </w:pPr>
      <w:r w:rsidRPr="004252F8">
        <w:rPr>
          <w:color w:val="202124"/>
          <w:lang w:val="pt-BR"/>
        </w:rPr>
        <w:t>Aumentou a confiabilidade das entregas com Git, code review, testes automatizados e pipelines de build/publicação para Android e iOS.</w:t>
      </w:r>
    </w:p>
    <w:p w14:paraId="13096B6A" w14:textId="77777777" w:rsidR="00D92027" w:rsidRPr="004252F8" w:rsidRDefault="004252F8">
      <w:pPr>
        <w:pStyle w:val="Commarcadores"/>
        <w:spacing w:after="50"/>
        <w:ind w:left="317" w:hanging="230"/>
        <w:rPr>
          <w:lang w:val="pt-BR"/>
        </w:rPr>
      </w:pPr>
      <w:r w:rsidRPr="004252F8">
        <w:rPr>
          <w:color w:val="202124"/>
          <w:lang w:val="pt-BR"/>
        </w:rPr>
        <w:t>Contribuiu para produto reconhecido pelo programa Centelha/MCTI, traduzindo requisitos do setor de saúde em fun</w:t>
      </w:r>
      <w:r w:rsidRPr="004252F8">
        <w:rPr>
          <w:color w:val="202124"/>
          <w:lang w:val="pt-BR"/>
        </w:rPr>
        <w:t>cionalidades colocadas em produção.</w:t>
      </w:r>
    </w:p>
    <w:p w14:paraId="6B6A6F36" w14:textId="77777777" w:rsidR="00D92027" w:rsidRPr="004252F8" w:rsidRDefault="004252F8">
      <w:pPr>
        <w:keepNext/>
        <w:spacing w:before="140"/>
        <w:rPr>
          <w:lang w:val="pt-BR"/>
        </w:rPr>
      </w:pPr>
      <w:r w:rsidRPr="004252F8">
        <w:rPr>
          <w:b/>
          <w:color w:val="174EA6"/>
          <w:sz w:val="21"/>
          <w:lang w:val="pt-BR"/>
        </w:rPr>
        <w:t>PROJETOS SELECIONADOS</w:t>
      </w:r>
    </w:p>
    <w:p w14:paraId="6D39632D" w14:textId="77777777" w:rsidR="00D92027" w:rsidRPr="004252F8" w:rsidRDefault="004252F8">
      <w:pPr>
        <w:spacing w:after="20"/>
        <w:rPr>
          <w:lang w:val="pt-BR"/>
        </w:rPr>
      </w:pPr>
      <w:r w:rsidRPr="004252F8">
        <w:rPr>
          <w:b/>
          <w:color w:val="202124"/>
          <w:sz w:val="18"/>
          <w:lang w:val="pt-BR"/>
        </w:rPr>
        <w:t>DietOS — Plataforma de nutrição | React Native, Expo, Firebase, Zustand, TanStack Query</w:t>
      </w:r>
    </w:p>
    <w:p w14:paraId="4D9E993A" w14:textId="77777777" w:rsidR="00D92027" w:rsidRPr="004252F8" w:rsidRDefault="004252F8">
      <w:pPr>
        <w:pStyle w:val="Commarcadores"/>
        <w:spacing w:after="50"/>
        <w:ind w:left="317" w:hanging="230"/>
        <w:rPr>
          <w:lang w:val="pt-BR"/>
        </w:rPr>
      </w:pPr>
      <w:r w:rsidRPr="004252F8">
        <w:rPr>
          <w:color w:val="202124"/>
          <w:lang w:val="pt-BR"/>
        </w:rPr>
        <w:t xml:space="preserve">Construiu produto full stack com perfis de paciente e nutricionista, autenticação, Firestore, Cloud </w:t>
      </w:r>
      <w:r w:rsidRPr="004252F8">
        <w:rPr>
          <w:color w:val="202124"/>
          <w:lang w:val="pt-BR"/>
        </w:rPr>
        <w:t>Functions, relatórios, geolocalização e operação offline.</w:t>
      </w:r>
    </w:p>
    <w:p w14:paraId="586924DA" w14:textId="77777777" w:rsidR="00D92027" w:rsidRPr="004252F8" w:rsidRDefault="004252F8">
      <w:pPr>
        <w:pStyle w:val="Commarcadores"/>
        <w:spacing w:after="50"/>
        <w:ind w:left="317" w:hanging="230"/>
        <w:rPr>
          <w:lang w:val="pt-BR"/>
        </w:rPr>
      </w:pPr>
      <w:r w:rsidRPr="004252F8">
        <w:rPr>
          <w:color w:val="202124"/>
          <w:lang w:val="pt-BR"/>
        </w:rPr>
        <w:t>Automatizou build, submissão e deploy com EAS e scripts de publicação, levando o aplicativo do desenvolvimento à Google Play Store.</w:t>
      </w:r>
    </w:p>
    <w:p w14:paraId="54B7B6C8" w14:textId="77777777" w:rsidR="00D92027" w:rsidRPr="004252F8" w:rsidRDefault="004252F8">
      <w:pPr>
        <w:spacing w:after="20"/>
        <w:rPr>
          <w:lang w:val="pt-BR"/>
        </w:rPr>
      </w:pPr>
      <w:r w:rsidRPr="004252F8">
        <w:rPr>
          <w:b/>
          <w:color w:val="202124"/>
          <w:sz w:val="18"/>
          <w:lang w:val="pt-BR"/>
        </w:rPr>
        <w:t>A Bíblia Sagrada — Aplicativo mobile | React Native, Expo, SQLite,</w:t>
      </w:r>
      <w:r w:rsidRPr="004252F8">
        <w:rPr>
          <w:b/>
          <w:color w:val="202124"/>
          <w:sz w:val="18"/>
          <w:lang w:val="pt-BR"/>
        </w:rPr>
        <w:t xml:space="preserve"> Firebase</w:t>
      </w:r>
    </w:p>
    <w:p w14:paraId="26EBEC9A" w14:textId="77777777" w:rsidR="00D92027" w:rsidRPr="004252F8" w:rsidRDefault="004252F8">
      <w:pPr>
        <w:pStyle w:val="Commarcadores"/>
        <w:spacing w:after="50"/>
        <w:ind w:left="317" w:hanging="230"/>
        <w:rPr>
          <w:lang w:val="pt-BR"/>
        </w:rPr>
      </w:pPr>
      <w:r w:rsidRPr="004252F8">
        <w:rPr>
          <w:color w:val="202124"/>
          <w:lang w:val="pt-BR"/>
        </w:rPr>
        <w:t>Implementou leitura offline com SQLite, autenticação Google/Firebase, sincronização de preferências e recursos Premium.</w:t>
      </w:r>
    </w:p>
    <w:p w14:paraId="43E09089" w14:textId="77777777" w:rsidR="00D92027" w:rsidRPr="004252F8" w:rsidRDefault="004252F8">
      <w:pPr>
        <w:pStyle w:val="Commarcadores"/>
        <w:spacing w:after="50"/>
        <w:ind w:left="317" w:hanging="230"/>
        <w:rPr>
          <w:lang w:val="pt-BR"/>
        </w:rPr>
      </w:pPr>
      <w:r w:rsidRPr="004252F8">
        <w:rPr>
          <w:color w:val="202124"/>
          <w:lang w:val="pt-BR"/>
        </w:rPr>
        <w:t>Publicou e mantém o aplicativo na Google Play Store com pipeline EAS de build e distribuição.</w:t>
      </w:r>
    </w:p>
    <w:p w14:paraId="1915A147" w14:textId="77777777" w:rsidR="00D92027" w:rsidRPr="004252F8" w:rsidRDefault="004252F8">
      <w:pPr>
        <w:keepNext/>
        <w:spacing w:before="140"/>
        <w:rPr>
          <w:lang w:val="pt-BR"/>
        </w:rPr>
      </w:pPr>
      <w:r w:rsidRPr="004252F8">
        <w:rPr>
          <w:b/>
          <w:color w:val="174EA6"/>
          <w:sz w:val="21"/>
          <w:lang w:val="pt-BR"/>
        </w:rPr>
        <w:t>FORMAÇÃO E CERTIFICAÇÕES</w:t>
      </w:r>
    </w:p>
    <w:p w14:paraId="6DD8DB89" w14:textId="77777777" w:rsidR="00D92027" w:rsidRPr="004252F8" w:rsidRDefault="004252F8">
      <w:pPr>
        <w:spacing w:after="20"/>
        <w:rPr>
          <w:lang w:val="pt-BR"/>
        </w:rPr>
      </w:pPr>
      <w:r w:rsidRPr="004252F8">
        <w:rPr>
          <w:color w:val="202124"/>
          <w:sz w:val="18"/>
          <w:lang w:val="pt-BR"/>
        </w:rPr>
        <w:t>Bachare</w:t>
      </w:r>
      <w:r w:rsidRPr="004252F8">
        <w:rPr>
          <w:color w:val="202124"/>
          <w:sz w:val="18"/>
          <w:lang w:val="pt-BR"/>
        </w:rPr>
        <w:t>lado em Engenharia de Software — Gran Faculdade | Em andamento, início 07/2026</w:t>
      </w:r>
    </w:p>
    <w:p w14:paraId="336B0032" w14:textId="77777777" w:rsidR="00D92027" w:rsidRDefault="004252F8">
      <w:pPr>
        <w:spacing w:after="20"/>
      </w:pPr>
      <w:r>
        <w:rPr>
          <w:color w:val="202124"/>
          <w:sz w:val="18"/>
        </w:rPr>
        <w:t>Desenvolvimento Web Full Stack — Imagine School | 03/2023–03/2024</w:t>
      </w:r>
    </w:p>
    <w:p w14:paraId="2AF34785" w14:textId="77777777" w:rsidR="00D92027" w:rsidRDefault="004252F8">
      <w:pPr>
        <w:spacing w:after="20"/>
      </w:pPr>
      <w:r>
        <w:rPr>
          <w:color w:val="202124"/>
          <w:sz w:val="18"/>
        </w:rPr>
        <w:t>Desenvolvimento Web Full Stack — Gama Academy | 09/2022–03/2023</w:t>
      </w:r>
    </w:p>
    <w:p w14:paraId="520B8C7C" w14:textId="77777777" w:rsidR="00D92027" w:rsidRDefault="004252F8">
      <w:pPr>
        <w:spacing w:after="20"/>
      </w:pPr>
      <w:r>
        <w:rPr>
          <w:color w:val="202124"/>
          <w:sz w:val="18"/>
        </w:rPr>
        <w:t>VTEX IO Developer Certified | Bootcamps Santand</w:t>
      </w:r>
      <w:r>
        <w:rPr>
          <w:color w:val="202124"/>
          <w:sz w:val="18"/>
        </w:rPr>
        <w:t>er, TQI e Decola Tech | AWS, DevOps e E-commerce</w:t>
      </w:r>
    </w:p>
    <w:sectPr w:rsidR="00D92027" w:rsidSect="00034616">
      <w:pgSz w:w="12240" w:h="15840"/>
      <w:pgMar w:top="648" w:right="835" w:bottom="648" w:left="835" w:header="360" w:footer="36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252F8"/>
    <w:rsid w:val="00AA1D8D"/>
    <w:rsid w:val="00B47730"/>
    <w:rsid w:val="00CB0664"/>
    <w:rsid w:val="00D9202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ECCF04"/>
  <w14:defaultImageDpi w14:val="300"/>
  <w15:docId w15:val="{0D32971E-5356-4D8C-9323-97CF6BE15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60" w:line="240" w:lineRule="auto"/>
    </w:pPr>
    <w:rPr>
      <w:rFonts w:ascii="Arial" w:hAnsi="Arial"/>
      <w:sz w:val="19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sz w:val="18"/>
    </w:r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404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Filipe Carneiro</cp:lastModifiedBy>
  <cp:revision>2</cp:revision>
  <dcterms:created xsi:type="dcterms:W3CDTF">2013-12-23T23:15:00Z</dcterms:created>
  <dcterms:modified xsi:type="dcterms:W3CDTF">2026-07-29T19:14:00Z</dcterms:modified>
  <cp:category/>
</cp:coreProperties>
</file>